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D93DE" w14:textId="77777777" w:rsidR="00231D05" w:rsidRDefault="00A352C9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977A5E" wp14:editId="72F80DFC">
            <wp:simplePos x="0" y="0"/>
            <wp:positionH relativeFrom="page">
              <wp:posOffset>0</wp:posOffset>
            </wp:positionH>
            <wp:positionV relativeFrom="paragraph">
              <wp:posOffset>-679450</wp:posOffset>
            </wp:positionV>
            <wp:extent cx="7753350" cy="10088927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cliffe_Cover_March8_NAME_MATCH_THEM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88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40FBF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b/>
          <w:color w:val="BF9000"/>
          <w:sz w:val="32"/>
          <w:szCs w:val="32"/>
        </w:rPr>
        <w:t>ORDER OF WORSHIP</w:t>
      </w:r>
    </w:p>
    <w:p w14:paraId="01ACCF02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color w:val="BF9000"/>
          <w:sz w:val="32"/>
          <w:szCs w:val="32"/>
        </w:rPr>
        <w:t>────────────────────────────</w:t>
      </w:r>
    </w:p>
    <w:p w14:paraId="5D8E312E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Scripture Readings</w:t>
      </w:r>
    </w:p>
    <w:p w14:paraId="3301870F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Opening Prayer</w:t>
      </w:r>
    </w:p>
    <w:p w14:paraId="5CA710A8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Inspirational</w:t>
      </w:r>
    </w:p>
    <w:p w14:paraId="1036DE71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Proclamation of the Word</w:t>
      </w:r>
    </w:p>
    <w:p w14:paraId="24004DA0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Invitation</w:t>
      </w:r>
    </w:p>
    <w:p w14:paraId="3AAEABEC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Confession</w:t>
      </w:r>
    </w:p>
    <w:p w14:paraId="5A064A6F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Congregational Song</w:t>
      </w:r>
    </w:p>
    <w:p w14:paraId="3E626C07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Offering</w:t>
      </w:r>
    </w:p>
    <w:p w14:paraId="60D70B01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Special Presentation</w:t>
      </w:r>
    </w:p>
    <w:p w14:paraId="34CE03A0" w14:textId="77777777" w:rsidR="00A352C9" w:rsidRPr="00036F31" w:rsidRDefault="00A352C9">
      <w:pPr>
        <w:jc w:val="center"/>
        <w:rPr>
          <w:i/>
          <w:iCs/>
          <w:sz w:val="32"/>
          <w:szCs w:val="32"/>
        </w:rPr>
      </w:pPr>
      <w:r w:rsidRPr="00036F31">
        <w:rPr>
          <w:i/>
          <w:iCs/>
          <w:sz w:val="32"/>
          <w:szCs w:val="32"/>
        </w:rPr>
        <w:t>Celebrating the Gifts of Women</w:t>
      </w:r>
    </w:p>
    <w:p w14:paraId="5E6DD7EE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Announcements</w:t>
      </w:r>
    </w:p>
    <w:p w14:paraId="3701B840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Charge</w:t>
      </w:r>
    </w:p>
    <w:p w14:paraId="58065394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Blessing and Benediction</w:t>
      </w:r>
    </w:p>
    <w:p w14:paraId="05C136ED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Postlude</w:t>
      </w:r>
    </w:p>
    <w:p w14:paraId="6064D3A0" w14:textId="77777777" w:rsidR="00A352C9" w:rsidRPr="00036F31" w:rsidRDefault="00A352C9">
      <w:pPr>
        <w:jc w:val="center"/>
        <w:rPr>
          <w:sz w:val="32"/>
          <w:szCs w:val="32"/>
        </w:rPr>
      </w:pPr>
    </w:p>
    <w:p w14:paraId="17177D71" w14:textId="77777777" w:rsidR="00A352C9" w:rsidRDefault="00A352C9" w:rsidP="00D329E7">
      <w:pPr>
        <w:rPr>
          <w:b/>
          <w:color w:val="BF9000"/>
          <w:sz w:val="32"/>
          <w:szCs w:val="32"/>
        </w:rPr>
      </w:pPr>
    </w:p>
    <w:p w14:paraId="1AFD2152" w14:textId="77777777" w:rsidR="00036F31" w:rsidRDefault="00036F31" w:rsidP="00D329E7">
      <w:pPr>
        <w:rPr>
          <w:b/>
          <w:color w:val="BF9000"/>
          <w:sz w:val="32"/>
          <w:szCs w:val="32"/>
        </w:rPr>
      </w:pPr>
    </w:p>
    <w:p w14:paraId="5A368FFA" w14:textId="77777777" w:rsidR="00036F31" w:rsidRDefault="00036F31" w:rsidP="00D329E7">
      <w:pPr>
        <w:rPr>
          <w:b/>
          <w:color w:val="BF9000"/>
          <w:sz w:val="32"/>
          <w:szCs w:val="32"/>
        </w:rPr>
      </w:pPr>
    </w:p>
    <w:p w14:paraId="43A4E5D3" w14:textId="77777777" w:rsidR="00036F31" w:rsidRDefault="00036F31" w:rsidP="00D329E7">
      <w:pPr>
        <w:rPr>
          <w:b/>
          <w:color w:val="BF9000"/>
          <w:sz w:val="32"/>
          <w:szCs w:val="32"/>
        </w:rPr>
      </w:pPr>
    </w:p>
    <w:p w14:paraId="61C922EA" w14:textId="77777777" w:rsidR="008A13E7" w:rsidRPr="008A13E7" w:rsidRDefault="008A13E7" w:rsidP="008A13E7">
      <w:pPr>
        <w:jc w:val="center"/>
        <w:rPr>
          <w:sz w:val="32"/>
          <w:szCs w:val="32"/>
        </w:rPr>
      </w:pPr>
      <w:r w:rsidRPr="008A13E7">
        <w:rPr>
          <w:b/>
          <w:color w:val="BF9000"/>
          <w:sz w:val="32"/>
          <w:szCs w:val="32"/>
        </w:rPr>
        <w:lastRenderedPageBreak/>
        <w:t>ORDER OF WORSHIP</w:t>
      </w:r>
    </w:p>
    <w:p w14:paraId="7C4D5720" w14:textId="77777777" w:rsidR="008A13E7" w:rsidRPr="008A13E7" w:rsidRDefault="008A13E7" w:rsidP="008A13E7">
      <w:pPr>
        <w:jc w:val="center"/>
        <w:rPr>
          <w:sz w:val="32"/>
          <w:szCs w:val="32"/>
        </w:rPr>
      </w:pPr>
      <w:r w:rsidRPr="008A13E7">
        <w:rPr>
          <w:color w:val="BF9000"/>
          <w:sz w:val="32"/>
          <w:szCs w:val="32"/>
        </w:rPr>
        <w:t>────────────────────────────</w:t>
      </w:r>
    </w:p>
    <w:p w14:paraId="3E146AF3" w14:textId="77777777" w:rsidR="008A13E7" w:rsidRPr="008A13E7" w:rsidRDefault="008A13E7" w:rsidP="008A13E7">
      <w:pPr>
        <w:jc w:val="center"/>
        <w:rPr>
          <w:sz w:val="32"/>
          <w:szCs w:val="32"/>
        </w:rPr>
      </w:pPr>
      <w:r w:rsidRPr="008A13E7">
        <w:rPr>
          <w:sz w:val="32"/>
          <w:szCs w:val="32"/>
        </w:rPr>
        <w:t>Scripture Readings</w:t>
      </w:r>
    </w:p>
    <w:p w14:paraId="3057BDBA" w14:textId="77777777" w:rsidR="008A13E7" w:rsidRPr="008A13E7" w:rsidRDefault="008A13E7" w:rsidP="008A13E7">
      <w:pPr>
        <w:jc w:val="center"/>
        <w:rPr>
          <w:sz w:val="32"/>
          <w:szCs w:val="32"/>
        </w:rPr>
      </w:pPr>
      <w:r w:rsidRPr="008A13E7">
        <w:rPr>
          <w:sz w:val="32"/>
          <w:szCs w:val="32"/>
        </w:rPr>
        <w:t>Opening Prayer</w:t>
      </w:r>
    </w:p>
    <w:p w14:paraId="31164D0E" w14:textId="77777777" w:rsidR="008A13E7" w:rsidRPr="008A13E7" w:rsidRDefault="008A13E7" w:rsidP="008A13E7">
      <w:pPr>
        <w:jc w:val="center"/>
        <w:rPr>
          <w:sz w:val="32"/>
          <w:szCs w:val="32"/>
        </w:rPr>
      </w:pPr>
      <w:r w:rsidRPr="008A13E7">
        <w:rPr>
          <w:sz w:val="32"/>
          <w:szCs w:val="32"/>
        </w:rPr>
        <w:t>Inspirational</w:t>
      </w:r>
    </w:p>
    <w:p w14:paraId="3F96ECAD" w14:textId="77777777" w:rsidR="008A13E7" w:rsidRPr="008A13E7" w:rsidRDefault="008A13E7" w:rsidP="008A13E7">
      <w:pPr>
        <w:jc w:val="center"/>
        <w:rPr>
          <w:sz w:val="32"/>
          <w:szCs w:val="32"/>
        </w:rPr>
      </w:pPr>
      <w:r w:rsidRPr="008A13E7">
        <w:rPr>
          <w:sz w:val="32"/>
          <w:szCs w:val="32"/>
        </w:rPr>
        <w:t>Proclamation of the Word</w:t>
      </w:r>
    </w:p>
    <w:p w14:paraId="1C02737B" w14:textId="77777777" w:rsidR="008A13E7" w:rsidRPr="008A13E7" w:rsidRDefault="008A13E7" w:rsidP="008A13E7">
      <w:pPr>
        <w:jc w:val="center"/>
        <w:rPr>
          <w:sz w:val="32"/>
          <w:szCs w:val="32"/>
        </w:rPr>
      </w:pPr>
      <w:r w:rsidRPr="008A13E7">
        <w:rPr>
          <w:sz w:val="32"/>
          <w:szCs w:val="32"/>
        </w:rPr>
        <w:t>Invitation</w:t>
      </w:r>
    </w:p>
    <w:p w14:paraId="2514E5DD" w14:textId="77777777" w:rsidR="008A13E7" w:rsidRPr="008A13E7" w:rsidRDefault="008A13E7" w:rsidP="008A13E7">
      <w:pPr>
        <w:jc w:val="center"/>
        <w:rPr>
          <w:sz w:val="32"/>
          <w:szCs w:val="32"/>
        </w:rPr>
      </w:pPr>
      <w:r w:rsidRPr="008A13E7">
        <w:rPr>
          <w:sz w:val="32"/>
          <w:szCs w:val="32"/>
        </w:rPr>
        <w:t>Confession</w:t>
      </w:r>
    </w:p>
    <w:p w14:paraId="2DC32142" w14:textId="77777777" w:rsidR="008A13E7" w:rsidRPr="008A13E7" w:rsidRDefault="008A13E7" w:rsidP="008A13E7">
      <w:pPr>
        <w:jc w:val="center"/>
        <w:rPr>
          <w:sz w:val="32"/>
          <w:szCs w:val="32"/>
        </w:rPr>
      </w:pPr>
      <w:r w:rsidRPr="008A13E7">
        <w:rPr>
          <w:sz w:val="32"/>
          <w:szCs w:val="32"/>
        </w:rPr>
        <w:t>Congregational Song</w:t>
      </w:r>
    </w:p>
    <w:p w14:paraId="31DFAFE1" w14:textId="77777777" w:rsidR="008A13E7" w:rsidRPr="008A13E7" w:rsidRDefault="008A13E7" w:rsidP="008A13E7">
      <w:pPr>
        <w:jc w:val="center"/>
        <w:rPr>
          <w:sz w:val="32"/>
          <w:szCs w:val="32"/>
        </w:rPr>
      </w:pPr>
      <w:r w:rsidRPr="008A13E7">
        <w:rPr>
          <w:sz w:val="32"/>
          <w:szCs w:val="32"/>
        </w:rPr>
        <w:t>Offering</w:t>
      </w:r>
    </w:p>
    <w:p w14:paraId="6D6B087A" w14:textId="77777777" w:rsidR="008A13E7" w:rsidRPr="008A13E7" w:rsidRDefault="008A13E7" w:rsidP="008A13E7">
      <w:pPr>
        <w:jc w:val="center"/>
        <w:rPr>
          <w:sz w:val="32"/>
          <w:szCs w:val="32"/>
        </w:rPr>
      </w:pPr>
      <w:r w:rsidRPr="008A13E7">
        <w:rPr>
          <w:sz w:val="32"/>
          <w:szCs w:val="32"/>
        </w:rPr>
        <w:t>Special Presentation</w:t>
      </w:r>
    </w:p>
    <w:p w14:paraId="3E3123EF" w14:textId="77777777" w:rsidR="008A13E7" w:rsidRPr="008A13E7" w:rsidRDefault="008A13E7" w:rsidP="008A13E7">
      <w:pPr>
        <w:jc w:val="center"/>
        <w:rPr>
          <w:i/>
          <w:iCs/>
          <w:sz w:val="32"/>
          <w:szCs w:val="32"/>
        </w:rPr>
      </w:pPr>
      <w:r w:rsidRPr="008A13E7">
        <w:rPr>
          <w:i/>
          <w:iCs/>
          <w:sz w:val="32"/>
          <w:szCs w:val="32"/>
        </w:rPr>
        <w:t>Celebrating the Gifts of Women</w:t>
      </w:r>
    </w:p>
    <w:p w14:paraId="7E3C6C26" w14:textId="77777777" w:rsidR="008A13E7" w:rsidRPr="008A13E7" w:rsidRDefault="008A13E7" w:rsidP="008A13E7">
      <w:pPr>
        <w:jc w:val="center"/>
        <w:rPr>
          <w:sz w:val="32"/>
          <w:szCs w:val="32"/>
        </w:rPr>
      </w:pPr>
      <w:r w:rsidRPr="008A13E7">
        <w:rPr>
          <w:sz w:val="32"/>
          <w:szCs w:val="32"/>
        </w:rPr>
        <w:t>Announcements</w:t>
      </w:r>
    </w:p>
    <w:p w14:paraId="6F0DF652" w14:textId="77777777" w:rsidR="008A13E7" w:rsidRPr="008A13E7" w:rsidRDefault="008A13E7" w:rsidP="008A13E7">
      <w:pPr>
        <w:jc w:val="center"/>
        <w:rPr>
          <w:sz w:val="32"/>
          <w:szCs w:val="32"/>
        </w:rPr>
      </w:pPr>
      <w:r w:rsidRPr="008A13E7">
        <w:rPr>
          <w:sz w:val="32"/>
          <w:szCs w:val="32"/>
        </w:rPr>
        <w:t>Charge</w:t>
      </w:r>
    </w:p>
    <w:p w14:paraId="05AFA632" w14:textId="77777777" w:rsidR="008A13E7" w:rsidRPr="008A13E7" w:rsidRDefault="008A13E7" w:rsidP="008A13E7">
      <w:pPr>
        <w:jc w:val="center"/>
        <w:rPr>
          <w:sz w:val="32"/>
          <w:szCs w:val="32"/>
        </w:rPr>
      </w:pPr>
      <w:r w:rsidRPr="008A13E7">
        <w:rPr>
          <w:sz w:val="32"/>
          <w:szCs w:val="32"/>
        </w:rPr>
        <w:t>Blessing and Benediction</w:t>
      </w:r>
    </w:p>
    <w:p w14:paraId="3E879020" w14:textId="77777777" w:rsidR="008A13E7" w:rsidRPr="008A13E7" w:rsidRDefault="008A13E7" w:rsidP="008A13E7">
      <w:pPr>
        <w:jc w:val="center"/>
        <w:rPr>
          <w:sz w:val="32"/>
          <w:szCs w:val="32"/>
        </w:rPr>
      </w:pPr>
      <w:r w:rsidRPr="008A13E7">
        <w:rPr>
          <w:sz w:val="32"/>
          <w:szCs w:val="32"/>
        </w:rPr>
        <w:t>Postlude</w:t>
      </w:r>
    </w:p>
    <w:p w14:paraId="45D73885" w14:textId="77777777" w:rsidR="00036F31" w:rsidRDefault="00036F31" w:rsidP="00D329E7">
      <w:pPr>
        <w:rPr>
          <w:b/>
          <w:color w:val="BF9000"/>
          <w:sz w:val="32"/>
          <w:szCs w:val="32"/>
        </w:rPr>
      </w:pPr>
    </w:p>
    <w:p w14:paraId="282AD83B" w14:textId="77777777" w:rsidR="008A13E7" w:rsidRDefault="008A13E7" w:rsidP="00D329E7">
      <w:pPr>
        <w:rPr>
          <w:b/>
          <w:color w:val="BF9000"/>
          <w:sz w:val="32"/>
          <w:szCs w:val="32"/>
        </w:rPr>
      </w:pPr>
    </w:p>
    <w:p w14:paraId="79A59EC7" w14:textId="77777777" w:rsidR="008A13E7" w:rsidRDefault="008A13E7" w:rsidP="00D329E7">
      <w:pPr>
        <w:rPr>
          <w:b/>
          <w:color w:val="BF9000"/>
          <w:sz w:val="32"/>
          <w:szCs w:val="32"/>
        </w:rPr>
      </w:pPr>
    </w:p>
    <w:p w14:paraId="1A7AFCA1" w14:textId="77777777" w:rsidR="008A13E7" w:rsidRDefault="008A13E7" w:rsidP="00D329E7">
      <w:pPr>
        <w:rPr>
          <w:b/>
          <w:color w:val="BF9000"/>
          <w:sz w:val="32"/>
          <w:szCs w:val="32"/>
        </w:rPr>
      </w:pPr>
    </w:p>
    <w:p w14:paraId="09C8352C" w14:textId="77777777" w:rsidR="008A13E7" w:rsidRDefault="008A13E7" w:rsidP="00D329E7">
      <w:pPr>
        <w:rPr>
          <w:b/>
          <w:color w:val="BF9000"/>
          <w:sz w:val="32"/>
          <w:szCs w:val="32"/>
        </w:rPr>
      </w:pPr>
    </w:p>
    <w:p w14:paraId="20C56BA7" w14:textId="46963B7B" w:rsidR="008A13E7" w:rsidRPr="00036F31" w:rsidRDefault="00E42215" w:rsidP="00D329E7">
      <w:pPr>
        <w:rPr>
          <w:b/>
          <w:color w:val="BF9000"/>
          <w:sz w:val="32"/>
          <w:szCs w:val="32"/>
        </w:rPr>
      </w:pPr>
      <w:r>
        <w:rPr>
          <w:b/>
          <w:color w:val="BF9000"/>
          <w:sz w:val="32"/>
          <w:szCs w:val="32"/>
        </w:rPr>
        <w:t xml:space="preserve">          </w:t>
      </w:r>
      <w:r w:rsidR="00045824">
        <w:rPr>
          <w:b/>
          <w:color w:val="BF9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B340322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b/>
          <w:color w:val="BF9000"/>
          <w:sz w:val="32"/>
          <w:szCs w:val="32"/>
        </w:rPr>
        <w:lastRenderedPageBreak/>
        <w:t>SCRIPTURE READINGS</w:t>
      </w:r>
    </w:p>
    <w:p w14:paraId="15691A34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color w:val="BF9000"/>
          <w:sz w:val="32"/>
          <w:szCs w:val="32"/>
        </w:rPr>
        <w:t>────────────────────────────</w:t>
      </w:r>
    </w:p>
    <w:p w14:paraId="7C1EF143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Third Sunday in Lent — Year A</w:t>
      </w:r>
    </w:p>
    <w:p w14:paraId="4A1A9645" w14:textId="77777777" w:rsidR="00A352C9" w:rsidRPr="00036F31" w:rsidRDefault="00A352C9">
      <w:pPr>
        <w:jc w:val="center"/>
        <w:rPr>
          <w:sz w:val="32"/>
          <w:szCs w:val="32"/>
        </w:rPr>
      </w:pPr>
    </w:p>
    <w:p w14:paraId="7903A383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First Reading — Exodus 17:1–7</w:t>
      </w:r>
    </w:p>
    <w:p w14:paraId="1BA4DF9D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Psalm — Psalm 95</w:t>
      </w:r>
    </w:p>
    <w:p w14:paraId="1F2349CD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Second Reading — Romans 5:1–11</w:t>
      </w:r>
    </w:p>
    <w:p w14:paraId="27D3070E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Gospel — John 4:5–42</w:t>
      </w:r>
    </w:p>
    <w:p w14:paraId="65C265CC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b/>
          <w:color w:val="BF9000"/>
          <w:sz w:val="32"/>
          <w:szCs w:val="32"/>
        </w:rPr>
        <w:t>LITANY OF CONFESSION</w:t>
      </w:r>
    </w:p>
    <w:p w14:paraId="6DC82869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color w:val="BF9000"/>
          <w:sz w:val="32"/>
          <w:szCs w:val="32"/>
        </w:rPr>
        <w:t>────────────────────────────</w:t>
      </w:r>
    </w:p>
    <w:p w14:paraId="4C8171E3" w14:textId="77777777" w:rsidR="00036F31" w:rsidRDefault="00A352C9">
      <w:pPr>
        <w:rPr>
          <w:sz w:val="32"/>
          <w:szCs w:val="32"/>
        </w:rPr>
      </w:pPr>
      <w:r w:rsidRPr="00036F31">
        <w:rPr>
          <w:b/>
          <w:bCs/>
          <w:sz w:val="32"/>
          <w:szCs w:val="32"/>
        </w:rPr>
        <w:t>Leader:</w:t>
      </w:r>
      <w:r w:rsidRPr="00036F31">
        <w:rPr>
          <w:sz w:val="32"/>
          <w:szCs w:val="32"/>
        </w:rPr>
        <w:br/>
        <w:t>God of the wilderness and the well,</w:t>
      </w:r>
      <w:r w:rsidRPr="00036F31">
        <w:rPr>
          <w:sz w:val="32"/>
          <w:szCs w:val="32"/>
        </w:rPr>
        <w:br/>
        <w:t>You have walked with us through every dry place.</w:t>
      </w:r>
      <w:r w:rsidRPr="00036F31">
        <w:rPr>
          <w:sz w:val="32"/>
          <w:szCs w:val="32"/>
        </w:rPr>
        <w:br/>
      </w:r>
      <w:r w:rsidRPr="00036F31">
        <w:rPr>
          <w:b/>
          <w:bCs/>
          <w:sz w:val="32"/>
          <w:szCs w:val="32"/>
        </w:rPr>
        <w:t>People:</w:t>
      </w:r>
      <w:r w:rsidRPr="00036F31">
        <w:rPr>
          <w:sz w:val="32"/>
          <w:szCs w:val="32"/>
        </w:rPr>
        <w:br/>
        <w:t>Yet we have questioned Your presence.</w:t>
      </w:r>
      <w:r w:rsidRPr="00036F31">
        <w:rPr>
          <w:sz w:val="32"/>
          <w:szCs w:val="32"/>
        </w:rPr>
        <w:br/>
      </w:r>
      <w:r w:rsidRPr="00036F31">
        <w:rPr>
          <w:b/>
          <w:bCs/>
          <w:sz w:val="32"/>
          <w:szCs w:val="32"/>
        </w:rPr>
        <w:t>Leader:</w:t>
      </w:r>
      <w:r w:rsidRPr="00036F31">
        <w:rPr>
          <w:sz w:val="32"/>
          <w:szCs w:val="32"/>
        </w:rPr>
        <w:br/>
        <w:t>When the ground felt cracked beneath our feet,</w:t>
      </w:r>
      <w:r w:rsidRPr="00036F31">
        <w:rPr>
          <w:sz w:val="32"/>
          <w:szCs w:val="32"/>
        </w:rPr>
        <w:br/>
        <w:t>When resources felt scarce,</w:t>
      </w:r>
      <w:r w:rsidRPr="00036F31">
        <w:rPr>
          <w:sz w:val="32"/>
          <w:szCs w:val="32"/>
        </w:rPr>
        <w:br/>
        <w:t>When the journey felt long—</w:t>
      </w:r>
      <w:r w:rsidRPr="00036F31">
        <w:rPr>
          <w:sz w:val="32"/>
          <w:szCs w:val="32"/>
        </w:rPr>
        <w:br/>
      </w:r>
      <w:r w:rsidRPr="00036F31">
        <w:rPr>
          <w:b/>
          <w:bCs/>
          <w:sz w:val="32"/>
          <w:szCs w:val="32"/>
        </w:rPr>
        <w:t>People:</w:t>
      </w:r>
      <w:r w:rsidRPr="00036F31">
        <w:rPr>
          <w:sz w:val="32"/>
          <w:szCs w:val="32"/>
        </w:rPr>
        <w:br/>
        <w:t>We quarreled instead of trusting.</w:t>
      </w:r>
      <w:r w:rsidRPr="00036F31">
        <w:rPr>
          <w:sz w:val="32"/>
          <w:szCs w:val="32"/>
        </w:rPr>
        <w:br/>
        <w:t>We tested instead of believing.</w:t>
      </w:r>
      <w:r w:rsidRPr="00036F31">
        <w:rPr>
          <w:sz w:val="32"/>
          <w:szCs w:val="32"/>
        </w:rPr>
        <w:br/>
      </w:r>
      <w:r w:rsidRPr="00036F31">
        <w:rPr>
          <w:b/>
          <w:bCs/>
          <w:sz w:val="32"/>
          <w:szCs w:val="32"/>
        </w:rPr>
        <w:t>Leader:</w:t>
      </w:r>
      <w:r w:rsidRPr="00036F31">
        <w:rPr>
          <w:sz w:val="32"/>
          <w:szCs w:val="32"/>
        </w:rPr>
        <w:br/>
        <w:t>You stood upon the Rock before Your people,</w:t>
      </w:r>
      <w:r w:rsidRPr="00036F31">
        <w:rPr>
          <w:sz w:val="32"/>
          <w:szCs w:val="32"/>
        </w:rPr>
        <w:br/>
        <w:t>And water flowed.</w:t>
      </w:r>
      <w:r w:rsidRPr="00036F31">
        <w:rPr>
          <w:sz w:val="32"/>
          <w:szCs w:val="32"/>
        </w:rPr>
        <w:br/>
      </w:r>
    </w:p>
    <w:p w14:paraId="0584FE34" w14:textId="48E0A6FB" w:rsidR="009F4242" w:rsidRPr="00036F31" w:rsidRDefault="00A352C9">
      <w:pPr>
        <w:rPr>
          <w:sz w:val="32"/>
          <w:szCs w:val="32"/>
        </w:rPr>
      </w:pPr>
      <w:r w:rsidRPr="00036F31">
        <w:rPr>
          <w:sz w:val="32"/>
          <w:szCs w:val="32"/>
        </w:rPr>
        <w:lastRenderedPageBreak/>
        <w:br/>
      </w:r>
      <w:r w:rsidRPr="00036F31">
        <w:rPr>
          <w:b/>
          <w:bCs/>
          <w:sz w:val="32"/>
          <w:szCs w:val="32"/>
        </w:rPr>
        <w:t>People:</w:t>
      </w:r>
      <w:r w:rsidRPr="00036F31">
        <w:rPr>
          <w:sz w:val="32"/>
          <w:szCs w:val="32"/>
        </w:rPr>
        <w:br/>
        <w:t>Still, we asked, “Are You among us?”</w:t>
      </w:r>
      <w:r w:rsidRPr="00036F31">
        <w:rPr>
          <w:sz w:val="32"/>
          <w:szCs w:val="32"/>
        </w:rPr>
        <w:br/>
      </w:r>
      <w:r w:rsidRPr="00036F31">
        <w:rPr>
          <w:b/>
          <w:bCs/>
          <w:sz w:val="32"/>
          <w:szCs w:val="32"/>
        </w:rPr>
        <w:t>Leader:</w:t>
      </w:r>
      <w:r w:rsidRPr="00036F31">
        <w:rPr>
          <w:sz w:val="32"/>
          <w:szCs w:val="32"/>
        </w:rPr>
        <w:br/>
        <w:t>You call to us even now:</w:t>
      </w:r>
      <w:r w:rsidRPr="00036F31">
        <w:rPr>
          <w:sz w:val="32"/>
          <w:szCs w:val="32"/>
        </w:rPr>
        <w:br/>
        <w:t>“O that today you would hear My voice.”</w:t>
      </w:r>
      <w:r w:rsidRPr="00036F31">
        <w:rPr>
          <w:sz w:val="32"/>
          <w:szCs w:val="32"/>
        </w:rPr>
        <w:br/>
      </w:r>
      <w:r w:rsidRPr="00036F31">
        <w:rPr>
          <w:b/>
          <w:bCs/>
          <w:sz w:val="32"/>
          <w:szCs w:val="32"/>
        </w:rPr>
        <w:t>People:</w:t>
      </w:r>
      <w:r w:rsidRPr="00036F31">
        <w:rPr>
          <w:sz w:val="32"/>
          <w:szCs w:val="32"/>
        </w:rPr>
        <w:br/>
        <w:t>But we have hardened our hearts.</w:t>
      </w:r>
      <w:r w:rsidRPr="00036F31">
        <w:rPr>
          <w:sz w:val="32"/>
          <w:szCs w:val="32"/>
        </w:rPr>
        <w:br/>
      </w:r>
      <w:r w:rsidRPr="00036F31">
        <w:rPr>
          <w:b/>
          <w:bCs/>
          <w:sz w:val="32"/>
          <w:szCs w:val="32"/>
        </w:rPr>
        <w:t>Leader:</w:t>
      </w:r>
      <w:r w:rsidRPr="00036F31">
        <w:rPr>
          <w:sz w:val="32"/>
          <w:szCs w:val="32"/>
        </w:rPr>
        <w:br/>
        <w:t>We have come to worship</w:t>
      </w:r>
      <w:r w:rsidRPr="00036F31">
        <w:rPr>
          <w:sz w:val="32"/>
          <w:szCs w:val="32"/>
        </w:rPr>
        <w:br/>
        <w:t>Yet guarded our spirits.</w:t>
      </w:r>
      <w:r w:rsidRPr="00036F31">
        <w:rPr>
          <w:sz w:val="32"/>
          <w:szCs w:val="32"/>
        </w:rPr>
        <w:br/>
        <w:t>We have heard Your Word</w:t>
      </w:r>
      <w:r w:rsidRPr="00036F31">
        <w:rPr>
          <w:sz w:val="32"/>
          <w:szCs w:val="32"/>
        </w:rPr>
        <w:br/>
        <w:t>Yet resisted its work within us.</w:t>
      </w:r>
      <w:r w:rsidRPr="00036F31">
        <w:rPr>
          <w:sz w:val="32"/>
          <w:szCs w:val="32"/>
        </w:rPr>
        <w:br/>
      </w:r>
      <w:r w:rsidRPr="00036F31">
        <w:rPr>
          <w:b/>
          <w:bCs/>
          <w:sz w:val="32"/>
          <w:szCs w:val="32"/>
        </w:rPr>
        <w:t>People:</w:t>
      </w:r>
    </w:p>
    <w:p w14:paraId="05B4F804" w14:textId="6D72D701" w:rsidR="00A352C9" w:rsidRPr="00036F31" w:rsidRDefault="00A352C9">
      <w:pPr>
        <w:rPr>
          <w:sz w:val="32"/>
          <w:szCs w:val="32"/>
        </w:rPr>
      </w:pPr>
      <w:r w:rsidRPr="00036F31">
        <w:rPr>
          <w:sz w:val="32"/>
          <w:szCs w:val="32"/>
        </w:rPr>
        <w:t>Forgive us, Lord.</w:t>
      </w:r>
    </w:p>
    <w:p w14:paraId="0A9B733E" w14:textId="6B933869" w:rsidR="00A352C9" w:rsidRDefault="00A352C9">
      <w:pPr>
        <w:rPr>
          <w:sz w:val="32"/>
          <w:szCs w:val="32"/>
        </w:rPr>
      </w:pPr>
      <w:r w:rsidRPr="00036F31">
        <w:rPr>
          <w:b/>
          <w:bCs/>
          <w:sz w:val="32"/>
          <w:szCs w:val="32"/>
        </w:rPr>
        <w:t>Leader:</w:t>
      </w:r>
      <w:r w:rsidRPr="00036F31">
        <w:rPr>
          <w:sz w:val="32"/>
          <w:szCs w:val="32"/>
        </w:rPr>
        <w:br/>
        <w:t>At the well, Your Son offered Living Water.</w:t>
      </w:r>
      <w:r w:rsidRPr="00036F31">
        <w:rPr>
          <w:sz w:val="32"/>
          <w:szCs w:val="32"/>
        </w:rPr>
        <w:br/>
        <w:t>Water that becomes a spring within.</w:t>
      </w:r>
      <w:r w:rsidRPr="00036F31">
        <w:rPr>
          <w:sz w:val="32"/>
          <w:szCs w:val="32"/>
        </w:rPr>
        <w:br/>
        <w:t>Water that satisfies deeper thirst.</w:t>
      </w:r>
      <w:r w:rsidRPr="00036F31">
        <w:rPr>
          <w:sz w:val="32"/>
          <w:szCs w:val="32"/>
        </w:rPr>
        <w:br/>
      </w:r>
      <w:r w:rsidRPr="00036F31">
        <w:rPr>
          <w:b/>
          <w:bCs/>
          <w:sz w:val="32"/>
          <w:szCs w:val="32"/>
        </w:rPr>
        <w:t>People:</w:t>
      </w:r>
      <w:r w:rsidRPr="00036F31">
        <w:rPr>
          <w:sz w:val="32"/>
          <w:szCs w:val="32"/>
        </w:rPr>
        <w:br/>
        <w:t>Yet we return to old wells.</w:t>
      </w:r>
      <w:r w:rsidRPr="00036F31">
        <w:rPr>
          <w:sz w:val="32"/>
          <w:szCs w:val="32"/>
        </w:rPr>
        <w:br/>
        <w:t>We cling to empty jars.</w:t>
      </w:r>
      <w:r w:rsidRPr="00036F31">
        <w:rPr>
          <w:sz w:val="32"/>
          <w:szCs w:val="32"/>
        </w:rPr>
        <w:br/>
        <w:t>We seek life in what cannot sustain us.</w:t>
      </w:r>
      <w:r w:rsidRPr="00036F31">
        <w:rPr>
          <w:sz w:val="32"/>
          <w:szCs w:val="32"/>
        </w:rPr>
        <w:br/>
      </w:r>
      <w:r w:rsidRPr="00036F31">
        <w:rPr>
          <w:b/>
          <w:bCs/>
          <w:sz w:val="32"/>
          <w:szCs w:val="32"/>
        </w:rPr>
        <w:t>Leader:</w:t>
      </w:r>
      <w:r w:rsidRPr="00036F31">
        <w:rPr>
          <w:sz w:val="32"/>
          <w:szCs w:val="32"/>
        </w:rPr>
        <w:br/>
        <w:t>While we were still weak,</w:t>
      </w:r>
      <w:r w:rsidRPr="00036F31">
        <w:rPr>
          <w:sz w:val="32"/>
          <w:szCs w:val="32"/>
        </w:rPr>
        <w:br/>
        <w:t>Christ died for us.</w:t>
      </w:r>
      <w:r w:rsidRPr="00036F31">
        <w:rPr>
          <w:sz w:val="32"/>
          <w:szCs w:val="32"/>
        </w:rPr>
        <w:br/>
        <w:t>Your love has been poured into our hearts</w:t>
      </w:r>
      <w:r w:rsidRPr="00036F31">
        <w:rPr>
          <w:sz w:val="32"/>
          <w:szCs w:val="32"/>
        </w:rPr>
        <w:br/>
        <w:t>Through the Holy Spirit.</w:t>
      </w:r>
      <w:r w:rsidRPr="00036F31">
        <w:rPr>
          <w:sz w:val="32"/>
          <w:szCs w:val="32"/>
        </w:rPr>
        <w:br/>
      </w:r>
      <w:r w:rsidRPr="00036F31">
        <w:rPr>
          <w:b/>
          <w:bCs/>
          <w:sz w:val="32"/>
          <w:szCs w:val="32"/>
        </w:rPr>
        <w:t>People:</w:t>
      </w:r>
      <w:r w:rsidRPr="00036F31">
        <w:rPr>
          <w:sz w:val="32"/>
          <w:szCs w:val="32"/>
        </w:rPr>
        <w:br/>
        <w:t>Yet we have not fully received what You have poured.</w:t>
      </w:r>
      <w:r w:rsidRPr="00036F31">
        <w:rPr>
          <w:sz w:val="32"/>
          <w:szCs w:val="32"/>
        </w:rPr>
        <w:br/>
      </w:r>
      <w:r w:rsidRPr="00036F31">
        <w:rPr>
          <w:b/>
          <w:bCs/>
          <w:sz w:val="32"/>
          <w:szCs w:val="32"/>
        </w:rPr>
        <w:lastRenderedPageBreak/>
        <w:t>Leader:</w:t>
      </w:r>
      <w:r w:rsidRPr="00036F31">
        <w:rPr>
          <w:sz w:val="32"/>
          <w:szCs w:val="32"/>
        </w:rPr>
        <w:br/>
        <w:t>Merciful God,</w:t>
      </w:r>
      <w:r w:rsidRPr="00036F31">
        <w:rPr>
          <w:sz w:val="32"/>
          <w:szCs w:val="32"/>
        </w:rPr>
        <w:br/>
        <w:t>Soften what has hardened in us.</w:t>
      </w:r>
      <w:r w:rsidRPr="00036F31">
        <w:rPr>
          <w:sz w:val="32"/>
          <w:szCs w:val="32"/>
        </w:rPr>
        <w:br/>
        <w:t>Quench what is restless in us.</w:t>
      </w:r>
      <w:r w:rsidRPr="00036F31">
        <w:rPr>
          <w:sz w:val="32"/>
          <w:szCs w:val="32"/>
        </w:rPr>
        <w:br/>
        <w:t>Cleanse what is broken in us.</w:t>
      </w:r>
      <w:r w:rsidRPr="00036F31">
        <w:rPr>
          <w:sz w:val="32"/>
          <w:szCs w:val="32"/>
        </w:rPr>
        <w:br/>
      </w:r>
      <w:r w:rsidRPr="00036F31">
        <w:rPr>
          <w:b/>
          <w:bCs/>
          <w:sz w:val="32"/>
          <w:szCs w:val="32"/>
        </w:rPr>
        <w:t>People:</w:t>
      </w:r>
      <w:r w:rsidRPr="00036F31">
        <w:rPr>
          <w:sz w:val="32"/>
          <w:szCs w:val="32"/>
        </w:rPr>
        <w:br/>
        <w:t>Teach us to drink deeply of Christ.</w:t>
      </w:r>
      <w:r w:rsidRPr="00036F31">
        <w:rPr>
          <w:sz w:val="32"/>
          <w:szCs w:val="32"/>
        </w:rPr>
        <w:br/>
      </w:r>
      <w:r w:rsidRPr="00036F31">
        <w:rPr>
          <w:b/>
          <w:bCs/>
          <w:sz w:val="32"/>
          <w:szCs w:val="32"/>
        </w:rPr>
        <w:t>Leader</w:t>
      </w:r>
      <w:r w:rsidRPr="00036F31">
        <w:rPr>
          <w:sz w:val="32"/>
          <w:szCs w:val="32"/>
        </w:rPr>
        <w:t>:</w:t>
      </w:r>
      <w:r w:rsidRPr="00036F31">
        <w:rPr>
          <w:sz w:val="32"/>
          <w:szCs w:val="32"/>
        </w:rPr>
        <w:br/>
        <w:t>Strike the Rock again upon our stubborn hearts.</w:t>
      </w:r>
      <w:r w:rsidRPr="00036F31">
        <w:rPr>
          <w:sz w:val="32"/>
          <w:szCs w:val="32"/>
        </w:rPr>
        <w:br/>
        <w:t>Let Living Water flow within us.</w:t>
      </w:r>
      <w:r w:rsidRPr="00036F31">
        <w:rPr>
          <w:sz w:val="32"/>
          <w:szCs w:val="32"/>
        </w:rPr>
        <w:br/>
      </w:r>
      <w:r w:rsidRPr="00036F31">
        <w:rPr>
          <w:b/>
          <w:bCs/>
          <w:sz w:val="32"/>
          <w:szCs w:val="32"/>
        </w:rPr>
        <w:t>People:</w:t>
      </w:r>
      <w:r w:rsidRPr="00036F31">
        <w:rPr>
          <w:sz w:val="32"/>
          <w:szCs w:val="32"/>
        </w:rPr>
        <w:br/>
        <w:t>We turn to You.</w:t>
      </w:r>
      <w:r w:rsidRPr="00036F31">
        <w:rPr>
          <w:sz w:val="32"/>
          <w:szCs w:val="32"/>
        </w:rPr>
        <w:br/>
        <w:t>We trust You.</w:t>
      </w:r>
      <w:r w:rsidRPr="00036F31">
        <w:rPr>
          <w:sz w:val="32"/>
          <w:szCs w:val="32"/>
        </w:rPr>
        <w:br/>
        <w:t>We receive Your grace.</w:t>
      </w:r>
      <w:r w:rsidRPr="00036F31">
        <w:rPr>
          <w:sz w:val="32"/>
          <w:szCs w:val="32"/>
        </w:rPr>
        <w:br/>
      </w:r>
      <w:r w:rsidRPr="00036F31">
        <w:rPr>
          <w:sz w:val="32"/>
          <w:szCs w:val="32"/>
        </w:rPr>
        <w:br/>
      </w:r>
      <w:r w:rsidRPr="00036F31">
        <w:rPr>
          <w:b/>
          <w:bCs/>
          <w:sz w:val="32"/>
          <w:szCs w:val="32"/>
        </w:rPr>
        <w:t>All:</w:t>
      </w:r>
      <w:r w:rsidRPr="00036F31">
        <w:rPr>
          <w:sz w:val="32"/>
          <w:szCs w:val="32"/>
        </w:rPr>
        <w:br/>
        <w:t>In Jesus Christ, the Living Water,</w:t>
      </w:r>
      <w:r w:rsidRPr="00036F31">
        <w:rPr>
          <w:sz w:val="32"/>
          <w:szCs w:val="32"/>
        </w:rPr>
        <w:br/>
        <w:t>forgive us, renew us, and lead us.</w:t>
      </w:r>
      <w:r w:rsidRPr="00036F31">
        <w:rPr>
          <w:sz w:val="32"/>
          <w:szCs w:val="32"/>
        </w:rPr>
        <w:br/>
        <w:t>Amen.</w:t>
      </w:r>
    </w:p>
    <w:p w14:paraId="27530CCD" w14:textId="77777777" w:rsidR="00036F31" w:rsidRDefault="00036F31">
      <w:pPr>
        <w:rPr>
          <w:sz w:val="32"/>
          <w:szCs w:val="32"/>
        </w:rPr>
      </w:pPr>
    </w:p>
    <w:p w14:paraId="15056C1C" w14:textId="77777777" w:rsidR="00036F31" w:rsidRDefault="00036F31">
      <w:pPr>
        <w:rPr>
          <w:sz w:val="32"/>
          <w:szCs w:val="32"/>
        </w:rPr>
      </w:pPr>
    </w:p>
    <w:p w14:paraId="08E8879C" w14:textId="77777777" w:rsidR="00036F31" w:rsidRDefault="00036F31">
      <w:pPr>
        <w:rPr>
          <w:sz w:val="32"/>
          <w:szCs w:val="32"/>
        </w:rPr>
      </w:pPr>
    </w:p>
    <w:p w14:paraId="349C6F67" w14:textId="77777777" w:rsidR="00036F31" w:rsidRDefault="00036F31">
      <w:pPr>
        <w:rPr>
          <w:sz w:val="32"/>
          <w:szCs w:val="32"/>
        </w:rPr>
      </w:pPr>
    </w:p>
    <w:p w14:paraId="4186E95A" w14:textId="77777777" w:rsidR="00036F31" w:rsidRDefault="00036F31">
      <w:pPr>
        <w:rPr>
          <w:sz w:val="32"/>
          <w:szCs w:val="32"/>
        </w:rPr>
      </w:pPr>
    </w:p>
    <w:p w14:paraId="403A8A83" w14:textId="77777777" w:rsidR="00036F31" w:rsidRDefault="00036F31">
      <w:pPr>
        <w:rPr>
          <w:sz w:val="32"/>
          <w:szCs w:val="32"/>
        </w:rPr>
      </w:pPr>
    </w:p>
    <w:p w14:paraId="625AE9C5" w14:textId="77777777" w:rsidR="00036F31" w:rsidRDefault="00036F31">
      <w:pPr>
        <w:rPr>
          <w:sz w:val="32"/>
          <w:szCs w:val="32"/>
        </w:rPr>
      </w:pPr>
    </w:p>
    <w:p w14:paraId="548FCDC3" w14:textId="77777777" w:rsidR="00036F31" w:rsidRPr="00036F31" w:rsidRDefault="00036F31">
      <w:pPr>
        <w:rPr>
          <w:sz w:val="32"/>
          <w:szCs w:val="32"/>
        </w:rPr>
      </w:pPr>
    </w:p>
    <w:p w14:paraId="08A0D76F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b/>
          <w:color w:val="BF9000"/>
          <w:sz w:val="32"/>
          <w:szCs w:val="32"/>
        </w:rPr>
        <w:lastRenderedPageBreak/>
        <w:t>CONGREGATIONAL SONG</w:t>
      </w:r>
    </w:p>
    <w:p w14:paraId="1D7582DC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color w:val="BF9000"/>
          <w:sz w:val="32"/>
          <w:szCs w:val="32"/>
        </w:rPr>
        <w:t>────────────────────────────</w:t>
      </w:r>
    </w:p>
    <w:p w14:paraId="4029FAFA" w14:textId="77777777" w:rsidR="00A352C9" w:rsidRPr="00036F31" w:rsidRDefault="00A352C9" w:rsidP="0094200D">
      <w:pPr>
        <w:spacing w:after="150"/>
        <w:jc w:val="center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Pass Me Not, O Gentle Savior</w:t>
      </w:r>
    </w:p>
    <w:p w14:paraId="258E267C" w14:textId="77777777" w:rsidR="00A352C9" w:rsidRPr="00036F31" w:rsidRDefault="00A352C9" w:rsidP="0094200D">
      <w:pPr>
        <w:spacing w:after="150"/>
        <w:jc w:val="center"/>
        <w:rPr>
          <w:color w:val="000000"/>
          <w:sz w:val="32"/>
          <w:szCs w:val="32"/>
        </w:rPr>
      </w:pPr>
    </w:p>
    <w:p w14:paraId="59671878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Pass me not, O gentle Savior</w:t>
      </w:r>
    </w:p>
    <w:p w14:paraId="6322A0FD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Hear my humble cry</w:t>
      </w:r>
    </w:p>
    <w:p w14:paraId="4286EB3E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While on others Thou art calling</w:t>
      </w:r>
    </w:p>
    <w:p w14:paraId="4CFB817D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Do not pass me by</w:t>
      </w:r>
    </w:p>
    <w:p w14:paraId="67A37BB0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Savior, Savior</w:t>
      </w:r>
    </w:p>
    <w:p w14:paraId="05CD02A1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Hear my humble cry</w:t>
      </w:r>
    </w:p>
    <w:p w14:paraId="24EA9F59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While on others Thou art calling</w:t>
      </w:r>
    </w:p>
    <w:p w14:paraId="57EFF066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Do not pass me by</w:t>
      </w:r>
    </w:p>
    <w:p w14:paraId="2AE65571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 </w:t>
      </w:r>
    </w:p>
    <w:p w14:paraId="6168A877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Let me at Thy throne of mercy</w:t>
      </w:r>
    </w:p>
    <w:p w14:paraId="0713C3F6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Find a sweet relief</w:t>
      </w:r>
    </w:p>
    <w:p w14:paraId="1C5168F8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Kneeling there in deep contrition</w:t>
      </w:r>
    </w:p>
    <w:p w14:paraId="7A34B933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Help my unbelief</w:t>
      </w:r>
    </w:p>
    <w:p w14:paraId="53B1C1D4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Savior, Savior</w:t>
      </w:r>
    </w:p>
    <w:p w14:paraId="6565B5DC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Hear my humble cry</w:t>
      </w:r>
    </w:p>
    <w:p w14:paraId="09FE9C95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While on others Thou art calling</w:t>
      </w:r>
    </w:p>
    <w:p w14:paraId="07C9A393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Do not pass me by</w:t>
      </w:r>
    </w:p>
    <w:p w14:paraId="5D94EEA8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 </w:t>
      </w:r>
    </w:p>
    <w:p w14:paraId="35947BF9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Trusting only in Thy merit</w:t>
      </w:r>
    </w:p>
    <w:p w14:paraId="1C64CA3D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Would I seek Thy face</w:t>
      </w:r>
    </w:p>
    <w:p w14:paraId="61AF4446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Heal my wounded, broken spirit</w:t>
      </w:r>
    </w:p>
    <w:p w14:paraId="1BDB2186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Save me by Thy grace</w:t>
      </w:r>
    </w:p>
    <w:p w14:paraId="40A1E154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Savior, Savior</w:t>
      </w:r>
    </w:p>
    <w:p w14:paraId="1D4E3094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Hear my humble cry</w:t>
      </w:r>
    </w:p>
    <w:p w14:paraId="5BAA682B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While on others Thou art calling</w:t>
      </w:r>
    </w:p>
    <w:p w14:paraId="336B219F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Do not pass me by</w:t>
      </w:r>
    </w:p>
    <w:p w14:paraId="2FF5AF19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lastRenderedPageBreak/>
        <w:t> </w:t>
      </w:r>
    </w:p>
    <w:p w14:paraId="7F4B1FDB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Thou the spring of all my comfort</w:t>
      </w:r>
    </w:p>
    <w:p w14:paraId="0012033B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More than life to me</w:t>
      </w:r>
    </w:p>
    <w:p w14:paraId="4E12ACD9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Whom have I on earth beside Thee?</w:t>
      </w:r>
    </w:p>
    <w:p w14:paraId="3D7DE670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Whom in Heav'n but Thee?</w:t>
      </w:r>
    </w:p>
    <w:p w14:paraId="21FE237E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Savior, Savior</w:t>
      </w:r>
    </w:p>
    <w:p w14:paraId="2DA45338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Hear my humble cry</w:t>
      </w:r>
    </w:p>
    <w:p w14:paraId="141958E6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While on others Thou art calling</w:t>
      </w:r>
    </w:p>
    <w:p w14:paraId="2B7422F5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Do not pass me by</w:t>
      </w:r>
    </w:p>
    <w:p w14:paraId="216DDBB6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 </w:t>
      </w:r>
    </w:p>
    <w:p w14:paraId="0E928C45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While on others Thou art calling</w:t>
      </w:r>
    </w:p>
    <w:p w14:paraId="271BDA8E" w14:textId="77777777" w:rsidR="00A352C9" w:rsidRPr="00036F31" w:rsidRDefault="00A352C9" w:rsidP="0094200D">
      <w:pPr>
        <w:spacing w:after="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Do not pass me by</w:t>
      </w:r>
    </w:p>
    <w:p w14:paraId="729C48DB" w14:textId="77777777" w:rsidR="00A352C9" w:rsidRPr="00036F31" w:rsidRDefault="00A352C9" w:rsidP="0094200D">
      <w:pPr>
        <w:spacing w:after="150"/>
        <w:rPr>
          <w:color w:val="000000"/>
          <w:sz w:val="32"/>
          <w:szCs w:val="32"/>
        </w:rPr>
      </w:pPr>
      <w:r w:rsidRPr="00036F31">
        <w:rPr>
          <w:color w:val="000000"/>
          <w:sz w:val="32"/>
          <w:szCs w:val="32"/>
        </w:rPr>
        <w:t> </w:t>
      </w:r>
    </w:p>
    <w:p w14:paraId="70A40080" w14:textId="77777777" w:rsidR="00A352C9" w:rsidRPr="00036F31" w:rsidRDefault="00A352C9">
      <w:pPr>
        <w:jc w:val="center"/>
        <w:rPr>
          <w:sz w:val="32"/>
          <w:szCs w:val="32"/>
        </w:rPr>
      </w:pPr>
    </w:p>
    <w:p w14:paraId="54000FAF" w14:textId="77777777" w:rsidR="00A352C9" w:rsidRPr="00036F31" w:rsidRDefault="00A352C9">
      <w:pPr>
        <w:jc w:val="center"/>
        <w:rPr>
          <w:b/>
          <w:color w:val="BF9000"/>
          <w:sz w:val="32"/>
          <w:szCs w:val="32"/>
        </w:rPr>
      </w:pPr>
    </w:p>
    <w:p w14:paraId="21668478" w14:textId="77777777" w:rsidR="00A352C9" w:rsidRPr="00036F31" w:rsidRDefault="00A352C9">
      <w:pPr>
        <w:jc w:val="center"/>
        <w:rPr>
          <w:b/>
          <w:color w:val="BF9000"/>
          <w:sz w:val="32"/>
          <w:szCs w:val="32"/>
        </w:rPr>
      </w:pPr>
    </w:p>
    <w:p w14:paraId="74F4A58A" w14:textId="77777777" w:rsidR="00A352C9" w:rsidRPr="00036F31" w:rsidRDefault="00A352C9">
      <w:pPr>
        <w:jc w:val="center"/>
        <w:rPr>
          <w:b/>
          <w:color w:val="BF9000"/>
          <w:sz w:val="32"/>
          <w:szCs w:val="32"/>
        </w:rPr>
      </w:pPr>
    </w:p>
    <w:p w14:paraId="687F96F1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b/>
          <w:color w:val="BF9000"/>
          <w:sz w:val="32"/>
          <w:szCs w:val="32"/>
        </w:rPr>
        <w:t>WORSHIP PARTICIPANTS</w:t>
      </w:r>
    </w:p>
    <w:p w14:paraId="01CE867A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color w:val="BF9000"/>
          <w:sz w:val="32"/>
          <w:szCs w:val="32"/>
        </w:rPr>
        <w:t>────────────────────────────</w:t>
      </w:r>
    </w:p>
    <w:p w14:paraId="6B09B183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Scripture Reader — Elder Zettler Clay</w:t>
      </w:r>
    </w:p>
    <w:p w14:paraId="6DEBDB76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Opening Prayer — Elder Zettler Clay</w:t>
      </w:r>
    </w:p>
    <w:p w14:paraId="0C4F2BCA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Inspirational — Every Sunday Choir</w:t>
      </w:r>
    </w:p>
    <w:p w14:paraId="544FA9D7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Litany of Confession — Elder Zettler Clay</w:t>
      </w:r>
    </w:p>
    <w:p w14:paraId="0F33858F" w14:textId="77777777" w:rsidR="00A352C9" w:rsidRPr="00036F31" w:rsidRDefault="00A352C9">
      <w:pPr>
        <w:jc w:val="center"/>
        <w:rPr>
          <w:sz w:val="32"/>
          <w:szCs w:val="32"/>
        </w:rPr>
      </w:pPr>
      <w:r w:rsidRPr="00036F31">
        <w:rPr>
          <w:sz w:val="32"/>
          <w:szCs w:val="32"/>
        </w:rPr>
        <w:t>Proclamation of the Word — Rev. Dr. Andrew Lee Stephens, Jr.</w:t>
      </w:r>
    </w:p>
    <w:sectPr w:rsidR="00A352C9" w:rsidRPr="00036F31" w:rsidSect="00034616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FAC3B" w14:textId="77777777" w:rsidR="00AE3744" w:rsidRDefault="00AE3744" w:rsidP="00204674">
      <w:pPr>
        <w:spacing w:after="0" w:line="240" w:lineRule="auto"/>
      </w:pPr>
      <w:r>
        <w:separator/>
      </w:r>
    </w:p>
  </w:endnote>
  <w:endnote w:type="continuationSeparator" w:id="0">
    <w:p w14:paraId="3E96044C" w14:textId="77777777" w:rsidR="00AE3744" w:rsidRDefault="00AE3744" w:rsidP="00204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51D5F" w14:textId="77777777" w:rsidR="00AE3744" w:rsidRDefault="00AE3744" w:rsidP="00204674">
      <w:pPr>
        <w:spacing w:after="0" w:line="240" w:lineRule="auto"/>
      </w:pPr>
      <w:r>
        <w:separator/>
      </w:r>
    </w:p>
  </w:footnote>
  <w:footnote w:type="continuationSeparator" w:id="0">
    <w:p w14:paraId="5F17E5E9" w14:textId="77777777" w:rsidR="00AE3744" w:rsidRDefault="00AE3744" w:rsidP="00204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39790272">
    <w:abstractNumId w:val="8"/>
  </w:num>
  <w:num w:numId="2" w16cid:durableId="820314724">
    <w:abstractNumId w:val="6"/>
  </w:num>
  <w:num w:numId="3" w16cid:durableId="492256328">
    <w:abstractNumId w:val="5"/>
  </w:num>
  <w:num w:numId="4" w16cid:durableId="2078671504">
    <w:abstractNumId w:val="4"/>
  </w:num>
  <w:num w:numId="5" w16cid:durableId="1568568637">
    <w:abstractNumId w:val="7"/>
  </w:num>
  <w:num w:numId="6" w16cid:durableId="1490514702">
    <w:abstractNumId w:val="3"/>
  </w:num>
  <w:num w:numId="7" w16cid:durableId="1094476773">
    <w:abstractNumId w:val="2"/>
  </w:num>
  <w:num w:numId="8" w16cid:durableId="50808016">
    <w:abstractNumId w:val="1"/>
  </w:num>
  <w:num w:numId="9" w16cid:durableId="786509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36F31"/>
    <w:rsid w:val="00045824"/>
    <w:rsid w:val="000468C2"/>
    <w:rsid w:val="0006063C"/>
    <w:rsid w:val="0015074B"/>
    <w:rsid w:val="00165BCF"/>
    <w:rsid w:val="001A2AA4"/>
    <w:rsid w:val="00204674"/>
    <w:rsid w:val="00231D05"/>
    <w:rsid w:val="0029639D"/>
    <w:rsid w:val="00326F90"/>
    <w:rsid w:val="003D1F18"/>
    <w:rsid w:val="00402917"/>
    <w:rsid w:val="0056190F"/>
    <w:rsid w:val="006B1616"/>
    <w:rsid w:val="008A13E7"/>
    <w:rsid w:val="009F4242"/>
    <w:rsid w:val="00A352C9"/>
    <w:rsid w:val="00AA1D8D"/>
    <w:rsid w:val="00AE3744"/>
    <w:rsid w:val="00B47730"/>
    <w:rsid w:val="00BD02FC"/>
    <w:rsid w:val="00CB0664"/>
    <w:rsid w:val="00D72841"/>
    <w:rsid w:val="00E42215"/>
    <w:rsid w:val="00FB06D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06A3FF"/>
  <w14:defaultImageDpi w14:val="300"/>
  <w15:docId w15:val="{52007B44-F583-C84C-ACE2-BDF972E2B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james koranteng junior</cp:lastModifiedBy>
  <cp:revision>14</cp:revision>
  <cp:lastPrinted>2026-03-08T15:11:00Z</cp:lastPrinted>
  <dcterms:created xsi:type="dcterms:W3CDTF">2026-03-08T15:46:00Z</dcterms:created>
  <dcterms:modified xsi:type="dcterms:W3CDTF">2026-03-08T15:59:00Z</dcterms:modified>
  <cp:category/>
</cp:coreProperties>
</file>